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Application cover letter and attachment index Workbook</w:t>
      </w:r>
    </w:p>
    <w:p>
      <w:pPr>
        <w:pStyle w:val="Subtitle"/>
      </w:pPr>
      <w:r>
        <w:t>Private working copy  |  Guide 16  |  Reviewed October 14 2026</w:t>
      </w:r>
    </w:p>
    <w:p>
      <w:r>
        <w:t>Finish a cover note and attachment register that help the recipient identify exactly what you submitted.</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"This submission includes my applicant continuation and physician report listed below. I requested SF 3112D from the agency benefits office on September 4; the office acknowledged the request on September 6 and has not yet supplied the completed certification. I have contacted the responsible official about the remaining item." This explains status; it does not claim that the missing form is unnecessary, extend a deadline, or establish that the submission meets all requirements.</w:t>
      </w:r>
    </w:p>
    <w:p>
      <w:pPr>
        <w:pStyle w:val="Heading2"/>
      </w:pPr>
      <w:r>
        <w:t>Use the complete guide</w:t>
      </w:r>
    </w:p>
    <w:p>
      <w:r>
        <w:t>https://tfdr-resource-staging.social-wave-0772.chatgpt.site/guides/16.html</w:t>
      </w:r>
    </w:p>
    <w:p>
      <w:pPr>
        <w:pStyle w:val="Heading2"/>
      </w:pPr>
      <w:r>
        <w:t>Official sources</w:t>
      </w:r>
    </w:p>
    <w:p>
      <w:pPr/>
      <w:r>
        <w:rPr>
          <w:sz w:val="16"/>
        </w:rPr>
        <w:t>OPM — FERS disability eligibility and current application routing</w:t>
        <w:br/>
        <w:t>https://www.opm.gov/retirement-center/fers-information/types-of-retirement/</w:t>
      </w:r>
    </w:p>
    <w:p>
      <w:pPr/>
      <w:r>
        <w:rPr>
          <w:sz w:val="16"/>
        </w:rPr>
        <w:t>OPM — Online Retirement Application</w:t>
        <w:br/>
        <w:t>https://www.opm.gov/retirement-center/apply/online-retirement-application/</w:t>
      </w:r>
    </w:p>
    <w:p>
      <w:pPr/>
      <w:r>
        <w:rPr>
          <w:sz w:val="16"/>
        </w:rPr>
        <w:t>OPM — SF 3112 supporting disability documentation</w:t>
        <w:br/>
        <w:t>https://www.opm.gov/forms/pdf_fill/sf3112.pdf</w:t>
      </w:r>
    </w:p>
    <w:p>
      <w:r>
        <w:br w:type="page"/>
      </w:r>
    </w:p>
    <w:p>
      <w:pPr>
        <w:pStyle w:val="Heading1"/>
      </w:pPr>
      <w:r>
        <w:t>Your working pages</w:t>
      </w:r>
    </w:p>
    <w:p>
      <w:pPr>
        <w:pStyle w:val="Heading2"/>
      </w:pPr>
      <w:r>
        <w:t>Use a neutral letter outline</w:t>
      </w:r>
    </w:p>
    <w:p>
      <w:pPr>
        <w:keepNext/>
      </w:pPr>
      <w:r>
        <w:t>Date and subject: "Initial FERS disability retirement application" or "Response to request dated ____." Use the subject that describes this submission.</w:t>
      </w:r>
    </w:p>
    <w:p>
      <w:pPr>
        <w:spacing w:after="360"/>
      </w:pPr>
      <w:r>
        <w:t>[Type your response here]</w:t>
      </w:r>
    </w:p>
    <w:p>
      <w:pPr>
        <w:keepNext/>
      </w:pPr>
      <w:r>
        <w:t>Opening: "I am submitting ____ through ____." Describe the action without claiming the application is complete unless you checked it.</w:t>
      </w:r>
    </w:p>
    <w:p>
      <w:pPr>
        <w:spacing w:after="360"/>
      </w:pPr>
      <w:r>
        <w:t>[Type your response here]</w:t>
      </w:r>
    </w:p>
    <w:p>
      <w:pPr>
        <w:keepNext/>
      </w:pPr>
      <w:r>
        <w:t>Identification: include only the identifiers requested by the receiving office in the actual secure submission. Do not place a full Social Security number in a filename, public form, or email subject.</w:t>
      </w:r>
    </w:p>
    <w:p>
      <w:pPr>
        <w:spacing w:after="360"/>
      </w:pPr>
      <w:r>
        <w:t>[Type your response here]</w:t>
      </w:r>
    </w:p>
    <w:p>
      <w:pPr>
        <w:keepNext/>
      </w:pPr>
      <w:r>
        <w:t>Contents: "The included documents are listed in the attachment index below." If something is pending: "____ was requested from ____ on ____. Its current status is ____."</w:t>
      </w:r>
    </w:p>
    <w:p>
      <w:pPr>
        <w:spacing w:after="360"/>
      </w:pPr>
      <w:r>
        <w:t>[Type your response here]</w:t>
      </w:r>
    </w:p>
    <w:p>
      <w:pPr>
        <w:keepNext/>
      </w:pPr>
      <w:r>
        <w:t>Follow-up: "For questions about this submission, please contact me using the personal contact information in my application." Provide contact details only through the authorized channel.</w:t>
      </w:r>
    </w:p>
    <w:p>
      <w:pPr>
        <w:spacing w:after="360"/>
      </w:pPr>
      <w:r>
        <w:t>[Type your response here]</w:t>
      </w:r>
    </w:p>
    <w:p>
      <w:pPr>
        <w:keepNext/>
      </w:pPr>
      <w:r>
        <w:t>Closing: applicant name and any signature the receiving office requests. This note does not substitute for signing or digitally certifying official forms.</w:t>
      </w:r>
    </w:p>
    <w:p>
      <w:pPr>
        <w:spacing w:after="360"/>
      </w:pPr>
      <w:r>
        <w:t>[Type your response here]</w:t>
      </w:r>
    </w:p>
    <w:p>
      <w:pPr>
        <w:pStyle w:val="Heading2"/>
      </w:pPr>
      <w:r>
        <w:t>Check the packet rather than just the letter</w:t>
      </w:r>
    </w:p>
    <w:p>
      <w:pPr>
        <w:keepNext/>
      </w:pPr>
      <w:r>
        <w:t>Final submission version/date: ____. Files actually included and page counts: ____.</w:t>
      </w:r>
    </w:p>
    <w:p>
      <w:pPr>
        <w:spacing w:after="360"/>
      </w:pPr>
      <w:r>
        <w:t>[Type your response here]</w:t>
      </w:r>
    </w:p>
    <w:p>
      <w:pPr>
        <w:keepNext/>
      </w:pPr>
      <w:r>
        <w:t>Outstanding item: ____ / responsible person ____ / request date ____ / follow-up date ____.</w:t>
      </w:r>
    </w:p>
    <w:p>
      <w:pPr>
        <w:spacing w:after="360"/>
      </w:pPr>
      <w:r>
        <w:t>[Type your response here]</w:t>
      </w:r>
    </w:p>
    <w:p>
      <w:pPr>
        <w:keepNext/>
      </w:pPr>
      <w:r>
        <w:t>Replacement or supplemental document: ____ / reason ____ / earlier version affected ____ / official instructions checked ____.</w:t>
      </w:r>
    </w:p>
    <w:p>
      <w:pPr>
        <w:spacing w:after="360"/>
      </w:pPr>
      <w:r>
        <w:t>[Type your response here]</w:t>
      </w:r>
    </w:p>
    <w:p>
      <w:pPr>
        <w:keepNext/>
      </w:pPr>
      <w:r>
        <w:t>Quality issue found: ____ / correction made by ____ / corrected file checked on ____.</w:t>
      </w:r>
    </w:p>
    <w:p>
      <w:pPr>
        <w:spacing w:after="360"/>
      </w:pPr>
      <w:r>
        <w:t>[Type your response here]</w:t>
      </w:r>
    </w:p>
    <w:p>
      <w:pPr>
        <w:keepNext/>
      </w:pPr>
      <w:r>
        <w:t>Submission confirmation saved at: ____. Correspondence log updated on: ____.</w:t>
      </w:r>
    </w:p>
    <w:p>
      <w:pPr>
        <w:spacing w:after="360"/>
      </w:pPr>
      <w:r>
        <w:t>[Type your response here]</w:t>
      </w:r>
    </w:p>
    <w:p>
      <w:pPr>
        <w:pStyle w:val="Heading2"/>
      </w:pPr>
      <w:r>
        <w:t>Optional cover note draft</w:t>
      </w:r>
    </w:p>
    <w:p>
      <w:r>
        <w:t>[Date]</w:t>
        <w:br/>
        <w:t>Re Initial FERS disability retirement application</w:t>
        <w:br/>
        <w:br/>
        <w:t>I am submitting [describe this submission] through [authorized route]. The documents included are listed in the attachment index.</w:t>
        <w:br/>
        <w:br/>
        <w:t>[If accurate describe an outstanding item, its responsible office, request date, and actual status. Do not claim the missing item is waived.]</w:t>
        <w:br/>
        <w:br/>
        <w:t>For questions, please use the personal contact information in my application.</w:t>
        <w:br/>
        <w:br/>
        <w:t>[Applicant name and signature if required]</w:t>
      </w:r>
    </w:p>
    <w:p>
      <w:pPr>
        <w:pStyle w:val="Heading2"/>
      </w:pPr>
      <w:r>
        <w:t>Attachment index</w:t>
      </w:r>
    </w:p>
    <w:tbl>
      <w:tblPr>
        <w:tblW w:type="auto" w:w="0"/>
        <w:tblLayout w:type="fixed"/>
        <w:tblLook w:firstColumn="1" w:firstRow="1" w:lastColumn="0" w:lastRow="0" w:noHBand="0" w:noVBand="1" w:val="04A0"/>
      </w:tblPr>
      <w:tblGrid>
        <w:gridCol w:w="2556"/>
        <w:gridCol w:w="2556"/>
        <w:gridCol w:w="2556"/>
        <w:gridCol w:w="2556"/>
      </w:tblGrid>
      <w:tr>
        <w:trPr>
          <w:tblHeader/>
        </w:trPr>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Reference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Document and date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Filename and pages</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Status</w:t>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bl>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cover letter and attachment index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